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D350A" w14:textId="77777777" w:rsidR="00D0102A" w:rsidRDefault="00ED5865">
      <w:pPr>
        <w:spacing w:after="40"/>
        <w:jc w:val="center"/>
      </w:pPr>
      <w:r>
        <w:rPr>
          <w:rFonts w:ascii="Arial" w:hAnsi="Arial"/>
          <w:b/>
          <w:color w:val="1A365D"/>
        </w:rPr>
        <w:t>ISTITUTO DI ISTRUZIONE SECONDARIA SUPERIORE “S. PUGLIATTI”</w:t>
      </w:r>
    </w:p>
    <w:p w14:paraId="6838B645" w14:textId="77777777" w:rsidR="00D0102A" w:rsidRDefault="00ED5865">
      <w:pPr>
        <w:spacing w:after="80"/>
        <w:jc w:val="center"/>
      </w:pPr>
      <w:r>
        <w:rPr>
          <w:rFonts w:ascii="Arial" w:hAnsi="Arial"/>
          <w:color w:val="444444"/>
          <w:sz w:val="17"/>
        </w:rPr>
        <w:t>Sede di Taormina: C.da Arancio – Tel. 0942-50202 – Cod. Fisc. 96005600832 – Cod. Mecc. MEIS03300G</w:t>
      </w:r>
      <w:r>
        <w:rPr>
          <w:rFonts w:ascii="Arial" w:hAnsi="Arial"/>
          <w:color w:val="444444"/>
          <w:sz w:val="17"/>
        </w:rPr>
        <w:br/>
        <w:t>Email: meis03300g@istruzione.it – PEC: meis03300g@pec.istruzione.it</w:t>
      </w:r>
    </w:p>
    <w:p w14:paraId="62B555CC" w14:textId="77777777" w:rsidR="00D0102A" w:rsidRDefault="00D0102A">
      <w:pPr>
        <w:pBdr>
          <w:bottom w:val="single" w:sz="12" w:space="1" w:color="1A365D"/>
        </w:pBdr>
        <w:spacing w:after="240"/>
      </w:pPr>
    </w:p>
    <w:p w14:paraId="61A9600E" w14:textId="77777777" w:rsidR="00D0102A" w:rsidRDefault="00ED5865">
      <w:pPr>
        <w:spacing w:after="280"/>
        <w:jc w:val="right"/>
      </w:pPr>
      <w:r>
        <w:rPr>
          <w:rFonts w:ascii="Arial" w:hAnsi="Arial"/>
          <w:b/>
          <w:color w:val="1A365D"/>
          <w:sz w:val="21"/>
        </w:rPr>
        <w:t>Al Dirigente Scolastico</w:t>
      </w:r>
      <w:r>
        <w:rPr>
          <w:rFonts w:ascii="Arial" w:hAnsi="Arial"/>
          <w:b/>
          <w:color w:val="1A365D"/>
          <w:sz w:val="21"/>
        </w:rPr>
        <w:br/>
        <w:t>dell’I.I.S.S. “S. Pugliatti” – TAORMINA</w:t>
      </w:r>
    </w:p>
    <w:p w14:paraId="39D6D6F9" w14:textId="77777777" w:rsidR="00D0102A" w:rsidRDefault="00ED5865">
      <w:pPr>
        <w:spacing w:after="40"/>
        <w:jc w:val="center"/>
      </w:pPr>
      <w:r>
        <w:rPr>
          <w:rFonts w:ascii="Arial" w:hAnsi="Arial"/>
          <w:b/>
          <w:color w:val="1A365D"/>
          <w:sz w:val="24"/>
        </w:rPr>
        <w:t>AUTOCERTIFICAZIONE ASSENZA CONDANNE PENALI E CARICHI PENDENTI</w:t>
      </w:r>
    </w:p>
    <w:p w14:paraId="0201D8CA" w14:textId="77777777" w:rsidR="00D0102A" w:rsidRDefault="00ED5865">
      <w:pPr>
        <w:spacing w:after="240"/>
        <w:jc w:val="center"/>
      </w:pPr>
      <w:r>
        <w:rPr>
          <w:rFonts w:ascii="Arial" w:hAnsi="Arial"/>
          <w:i/>
          <w:sz w:val="19"/>
        </w:rPr>
        <w:t>Dichiarazione Sostitutiva di Certificazione e di Atto di Notorietà</w:t>
      </w:r>
      <w:r>
        <w:rPr>
          <w:rFonts w:ascii="Arial" w:hAnsi="Arial"/>
          <w:i/>
          <w:sz w:val="19"/>
        </w:rPr>
        <w:br/>
        <w:t>(Artt. 46 e 47 D.P.R. 28 dicembre 2000, n. 445)</w:t>
      </w:r>
    </w:p>
    <w:p w14:paraId="1BE6780E" w14:textId="77777777" w:rsidR="00D0102A" w:rsidRDefault="00ED5865">
      <w:pPr>
        <w:keepNext/>
        <w:pBdr>
          <w:bottom w:val="single" w:sz="6" w:space="2" w:color="1A365D"/>
        </w:pBdr>
        <w:spacing w:before="240" w:after="120"/>
      </w:pPr>
      <w:r>
        <w:rPr>
          <w:rFonts w:ascii="Arial" w:hAnsi="Arial"/>
          <w:b/>
          <w:color w:val="1A365D"/>
          <w:sz w:val="20"/>
        </w:rPr>
        <w:t>1. DATI ANAGRAFICI DEL DICHIARANTE</w:t>
      </w:r>
    </w:p>
    <w:p w14:paraId="73986D2E" w14:textId="77777777" w:rsidR="00D0102A" w:rsidRDefault="00ED5865">
      <w:pPr>
        <w:spacing w:after="160"/>
      </w:pPr>
      <w:r>
        <w:rPr>
          <w:b/>
        </w:rPr>
        <w:t xml:space="preserve">Il/La sottoscritto/a: </w:t>
      </w:r>
      <w:r>
        <w:t>................................................................................................................................................</w:t>
      </w:r>
      <w:r>
        <w:br/>
      </w:r>
      <w:r>
        <w:rPr>
          <w:b/>
        </w:rPr>
        <w:t xml:space="preserve">Nato/a a: </w:t>
      </w:r>
      <w:r>
        <w:t xml:space="preserve">................................................... </w:t>
      </w:r>
      <w:r>
        <w:rPr>
          <w:b/>
        </w:rPr>
        <w:t xml:space="preserve">Prov. (......) il: </w:t>
      </w:r>
      <w:r>
        <w:t xml:space="preserve">....../....../............   </w:t>
      </w:r>
      <w:r>
        <w:rPr>
          <w:b/>
        </w:rPr>
        <w:t xml:space="preserve">C.F.: </w:t>
      </w:r>
      <w:r>
        <w:t>|_|_|_|_|_|_|_|_|_|_|_|_|_|_|_|_|</w:t>
      </w:r>
      <w:r>
        <w:br/>
      </w:r>
      <w:r>
        <w:rPr>
          <w:b/>
        </w:rPr>
        <w:t xml:space="preserve">Residente a: </w:t>
      </w:r>
      <w:r>
        <w:t xml:space="preserve">............................................... </w:t>
      </w:r>
      <w:r>
        <w:rPr>
          <w:b/>
        </w:rPr>
        <w:t xml:space="preserve">Prov. (......) CAP: </w:t>
      </w:r>
      <w:r>
        <w:t>|_|_|_|_|_|</w:t>
      </w:r>
      <w:r>
        <w:br/>
      </w:r>
      <w:r>
        <w:rPr>
          <w:b/>
        </w:rPr>
        <w:t xml:space="preserve">Via/Piazza: </w:t>
      </w:r>
      <w:r>
        <w:t xml:space="preserve">................................................................................................... </w:t>
      </w:r>
      <w:r>
        <w:rPr>
          <w:b/>
        </w:rPr>
        <w:t xml:space="preserve">n. </w:t>
      </w:r>
      <w:r>
        <w:t>............</w:t>
      </w:r>
      <w:r>
        <w:br/>
      </w:r>
      <w:r>
        <w:rPr>
          <w:b/>
        </w:rPr>
        <w:t xml:space="preserve">In qualità di: </w:t>
      </w:r>
      <w:r>
        <w:t>[  ] Docente   [  ] Assistente Amministrativo   [  ] DSGA   [  ] Collaboratore Scolastico   [  ] Altro .....................</w:t>
      </w:r>
    </w:p>
    <w:p w14:paraId="39A1621E" w14:textId="77777777" w:rsidR="00D0102A" w:rsidRDefault="00ED5865">
      <w:pPr>
        <w:spacing w:before="160"/>
      </w:pPr>
      <w:r>
        <w:rPr>
          <w:sz w:val="20"/>
        </w:rPr>
        <w:t>Consapevole delle sanzioni penali previste dall'art. 76 del D.P.R. 28/12/2000 n. 445 per le ipotesi di falsità in atti e dichiarazioni mendaci, oltre alla decadenza dai benefici eventualmente conseguiti (art. 75 D.P.R. 445/2000), sotto la propria personale responsabilità:</w:t>
      </w:r>
    </w:p>
    <w:p w14:paraId="7F3DDBA8" w14:textId="77777777" w:rsidR="00D0102A" w:rsidRDefault="00ED5865">
      <w:pPr>
        <w:jc w:val="center"/>
      </w:pPr>
      <w:r>
        <w:rPr>
          <w:rFonts w:ascii="Arial" w:hAnsi="Arial"/>
          <w:b/>
        </w:rPr>
        <w:t>DICHIARA</w:t>
      </w:r>
    </w:p>
    <w:p w14:paraId="0320B62B" w14:textId="77777777" w:rsidR="00D0102A" w:rsidRDefault="00ED5865">
      <w:pPr>
        <w:keepNext/>
        <w:pBdr>
          <w:bottom w:val="single" w:sz="6" w:space="2" w:color="1A365D"/>
        </w:pBdr>
        <w:spacing w:before="240" w:after="120"/>
      </w:pPr>
      <w:r>
        <w:rPr>
          <w:rFonts w:ascii="Arial" w:hAnsi="Arial"/>
          <w:b/>
          <w:color w:val="1A365D"/>
          <w:sz w:val="20"/>
        </w:rPr>
        <w:t>2. DICHIARAZIONE RELATIVA AI CARICHI PENDENTI</w:t>
      </w:r>
    </w:p>
    <w:p w14:paraId="18F94619" w14:textId="77777777" w:rsidR="00D0102A" w:rsidRDefault="00ED5865">
      <w:pPr>
        <w:spacing w:after="120"/>
      </w:pPr>
      <w:r>
        <w:rPr>
          <w:b/>
        </w:rPr>
        <w:t>[  ]  che non sono in corso procedimenti penali a proprio carico, come risultante dal certificato dei carichi pendenti;</w:t>
      </w:r>
      <w:r>
        <w:rPr>
          <w:b/>
        </w:rPr>
        <w:br/>
      </w:r>
      <w:r>
        <w:rPr>
          <w:b/>
        </w:rPr>
        <w:br/>
      </w:r>
      <w:r>
        <w:rPr>
          <w:b/>
        </w:rPr>
        <w:t>[  ]  che risultano attualmente in corso nei propri confronti i seguenti procedimenti penali:</w:t>
      </w:r>
      <w:r>
        <w:rPr>
          <w:b/>
        </w:rPr>
        <w:br/>
      </w:r>
      <w:r>
        <w:t xml:space="preserve">      ...........................................................................................................................................................................</w:t>
      </w:r>
      <w:r>
        <w:br/>
        <w:t xml:space="preserve">      ...........................................................................................................................................................................</w:t>
      </w:r>
    </w:p>
    <w:p w14:paraId="2E02E296" w14:textId="77777777" w:rsidR="00D0102A" w:rsidRDefault="00ED5865">
      <w:pPr>
        <w:keepNext/>
        <w:pBdr>
          <w:bottom w:val="single" w:sz="6" w:space="2" w:color="1A365D"/>
        </w:pBdr>
        <w:spacing w:before="240" w:after="120"/>
      </w:pPr>
      <w:r>
        <w:rPr>
          <w:rFonts w:ascii="Arial" w:hAnsi="Arial"/>
          <w:b/>
          <w:color w:val="1A365D"/>
          <w:sz w:val="20"/>
        </w:rPr>
        <w:t>3. DICHIARAZIONE RELATIVA ALLE CONDANNE PENALI</w:t>
      </w:r>
    </w:p>
    <w:p w14:paraId="3FBB5322" w14:textId="77777777" w:rsidR="00D0102A" w:rsidRDefault="00ED5865">
      <w:pPr>
        <w:spacing w:after="120"/>
      </w:pPr>
      <w:r>
        <w:rPr>
          <w:b/>
        </w:rPr>
        <w:t>[  ]  di non aver riportato condanne penali;</w:t>
      </w:r>
      <w:r>
        <w:rPr>
          <w:b/>
        </w:rPr>
        <w:br/>
      </w:r>
      <w:r>
        <w:rPr>
          <w:b/>
        </w:rPr>
        <w:br/>
        <w:t>[  ]  che a proprio carico risultano essere state emesse le seguenti sentenze, decreti di condanna o provvedimenti di condanna (compresi quelli emessi ai sensi dell'art. 444 c.p.p. - c.d. patteggiamento):</w:t>
      </w:r>
      <w:r>
        <w:rPr>
          <w:b/>
        </w:rPr>
        <w:br/>
      </w:r>
      <w:r>
        <w:t xml:space="preserve">      ...........................................................................................................................................................................</w:t>
      </w:r>
      <w:r>
        <w:br/>
      </w:r>
      <w:r>
        <w:t xml:space="preserve">      ...........................................................................................................................................................................</w:t>
      </w:r>
    </w:p>
    <w:p w14:paraId="10711380" w14:textId="77777777" w:rsidR="00D0102A" w:rsidRDefault="00ED5865">
      <w:pPr>
        <w:keepNext/>
        <w:pBdr>
          <w:bottom w:val="single" w:sz="6" w:space="2" w:color="1A365D"/>
        </w:pBdr>
        <w:spacing w:before="240" w:after="120"/>
      </w:pPr>
      <w:r>
        <w:rPr>
          <w:rFonts w:ascii="Arial" w:hAnsi="Arial"/>
          <w:b/>
          <w:color w:val="1A365D"/>
          <w:sz w:val="20"/>
        </w:rPr>
        <w:t>4. DICHIARAZIONE AI SENSI DEL D.LGS. 4 MARZO 2014, N. 39 (TUTELA MINORI)</w:t>
      </w:r>
    </w:p>
    <w:p w14:paraId="5D05C84D" w14:textId="77777777" w:rsidR="00D0102A" w:rsidRDefault="00ED5865">
      <w:pPr>
        <w:spacing w:after="120"/>
      </w:pPr>
      <w:r>
        <w:rPr>
          <w:i/>
        </w:rPr>
        <w:t>In riferimento all'entrata in vigore del D.Lgs. 39/2014 (in attuazione della Direttiva 2011/93/UE per la lotta contro l'abuso e lo sfruttamento sessuale dei minori e la pornografia minorile), dichiara altresì:</w:t>
      </w:r>
      <w:r>
        <w:rPr>
          <w:i/>
        </w:rPr>
        <w:br/>
      </w:r>
      <w:r>
        <w:rPr>
          <w:i/>
        </w:rPr>
        <w:br/>
      </w:r>
    </w:p>
    <w:p w14:paraId="41E211A8" w14:textId="77777777" w:rsidR="00D0102A" w:rsidRDefault="00ED5865">
      <w:pPr>
        <w:spacing w:after="80"/>
        <w:ind w:left="288"/>
      </w:pPr>
      <w:r>
        <w:lastRenderedPageBreak/>
        <w:t>•  di non aver riportato condanne per taluno dei reati di cui agli artt. 600-bis, 600-ter, 600-quater, 600-quinquies e 609-undecies del Codice Penale;</w:t>
      </w:r>
      <w:r>
        <w:br/>
      </w:r>
    </w:p>
    <w:p w14:paraId="18CC3226" w14:textId="77777777" w:rsidR="00D0102A" w:rsidRDefault="00ED5865">
      <w:pPr>
        <w:spacing w:after="80"/>
        <w:ind w:left="288"/>
      </w:pPr>
      <w:r>
        <w:t>•  che non gli/le sono state irrogate sanzioni interdittive all'esercizio di attività che comportino contatti diretti e regolari con minori;</w:t>
      </w:r>
      <w:r>
        <w:br/>
      </w:r>
    </w:p>
    <w:p w14:paraId="6CACA6A8" w14:textId="77777777" w:rsidR="00D0102A" w:rsidRDefault="00ED5865">
      <w:pPr>
        <w:ind w:left="288"/>
      </w:pPr>
      <w:r>
        <w:t>•  di non essere a conoscenza di essere sottoposto/a a procedimenti penali in relazione ai reati sopra menzionati e/o a sanzioni interdittive all'esercizio di attività che comportino contatti diretti e regolari con minori.</w:t>
      </w:r>
    </w:p>
    <w:p w14:paraId="3682667B" w14:textId="77777777" w:rsidR="00D0102A" w:rsidRDefault="00ED5865">
      <w:pPr>
        <w:keepNext/>
        <w:pBdr>
          <w:bottom w:val="single" w:sz="6" w:space="2" w:color="1A365D"/>
        </w:pBdr>
        <w:spacing w:before="240" w:after="120"/>
      </w:pPr>
      <w:r>
        <w:rPr>
          <w:rFonts w:ascii="Arial" w:hAnsi="Arial"/>
          <w:b/>
          <w:color w:val="1A365D"/>
          <w:sz w:val="20"/>
        </w:rPr>
        <w:t>5. INFORMATIVA SUL TRATTAMENTO DEI DATI PERSONALI (GDPR UE 2016/679)</w:t>
      </w:r>
    </w:p>
    <w:p w14:paraId="43A24271" w14:textId="77777777" w:rsidR="00D0102A" w:rsidRDefault="00ED5865">
      <w:pPr>
        <w:spacing w:after="240"/>
      </w:pPr>
      <w:r>
        <w:rPr>
          <w:i/>
          <w:color w:val="444444"/>
          <w:sz w:val="17"/>
        </w:rPr>
        <w:t>Il/La sottoscritto/a dichiara di essere informato/a che i dati personali raccolti saranno trattati, anche con strumenti informatici, esclusivamente nell'ambito del procedimento per il quale la presente dichiarazione viene resa e nei limiti stabiliti dal Regolamento UE 2016/679 (GDPR) e dal D.Lgs. 196/2003 e s.m.i.</w:t>
      </w:r>
    </w:p>
    <w:p w14:paraId="42DBC703" w14:textId="77777777" w:rsidR="00D0102A" w:rsidRDefault="00ED5865">
      <w:pPr>
        <w:keepNext/>
        <w:pBdr>
          <w:bottom w:val="single" w:sz="6" w:space="2" w:color="1A365D"/>
        </w:pBdr>
        <w:spacing w:before="240" w:after="120"/>
      </w:pPr>
      <w:r>
        <w:rPr>
          <w:rFonts w:ascii="Arial" w:hAnsi="Arial"/>
          <w:b/>
          <w:color w:val="1A365D"/>
          <w:sz w:val="20"/>
        </w:rPr>
        <w:t>6. DATA E SOTTOSCRIZIONE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07"/>
        <w:gridCol w:w="4598"/>
      </w:tblGrid>
      <w:tr w:rsidR="00D0102A" w14:paraId="5C0B6534" w14:textId="77777777">
        <w:trPr>
          <w:jc w:val="center"/>
        </w:trPr>
        <w:tc>
          <w:tcPr>
            <w:tcW w:w="5040" w:type="dxa"/>
          </w:tcPr>
          <w:p w14:paraId="046E8F64" w14:textId="77777777" w:rsidR="00D0102A" w:rsidRDefault="00ED5865">
            <w:r>
              <w:t>Luogo e Data</w:t>
            </w:r>
            <w:r>
              <w:br/>
            </w:r>
            <w:r>
              <w:br/>
              <w:t>Taormina, ....../....../............</w:t>
            </w:r>
          </w:p>
        </w:tc>
        <w:tc>
          <w:tcPr>
            <w:tcW w:w="4608" w:type="dxa"/>
          </w:tcPr>
          <w:p w14:paraId="207FA5E1" w14:textId="77777777" w:rsidR="00D0102A" w:rsidRDefault="00ED5865">
            <w:pPr>
              <w:jc w:val="center"/>
            </w:pPr>
            <w:r>
              <w:rPr>
                <w:b/>
              </w:rPr>
              <w:t>Firma del Dipendente / Dichiarante (*)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t>.........................................................................</w:t>
            </w:r>
          </w:p>
        </w:tc>
      </w:tr>
    </w:tbl>
    <w:p w14:paraId="3C366C22" w14:textId="77777777" w:rsidR="00D0102A" w:rsidRDefault="00ED5865">
      <w:pPr>
        <w:spacing w:before="280" w:after="80"/>
      </w:pPr>
      <w:r>
        <w:rPr>
          <w:b/>
        </w:rPr>
        <w:t>(*) Modalità di presentazione e identificazione (art. 38 D.P.R. 445/2000):</w:t>
      </w:r>
      <w:r>
        <w:rPr>
          <w:b/>
        </w:rPr>
        <w:br/>
      </w:r>
      <w:r>
        <w:t>[  ] Firma apposta in presenza del dipendente addetto a ricevere l'atto.</w:t>
      </w:r>
      <w:r>
        <w:br/>
        <w:t>[  ] Firma apposta e inviata unitamente a copia fotostatica non autenticata di un documento di identità in corso di validità.</w:t>
      </w:r>
      <w:r>
        <w:br/>
        <w:t>[  ] Documento sottoscritto con Firma Digitale / SPID / CIE.</w:t>
      </w:r>
    </w:p>
    <w:p w14:paraId="0EDF31F1" w14:textId="77777777" w:rsidR="00D0102A" w:rsidRDefault="00ED5865">
      <w:pPr>
        <w:spacing w:before="120" w:after="0"/>
      </w:pPr>
      <w:r>
        <w:rPr>
          <w:i/>
          <w:color w:val="555555"/>
          <w:sz w:val="17"/>
        </w:rPr>
        <w:t>Il presente atto è esente da imposta di bollo ai sensi dell'art. 37 del D.P.R. 445/2000.</w:t>
      </w:r>
    </w:p>
    <w:sectPr w:rsidR="00D0102A" w:rsidSect="00034616">
      <w:pgSz w:w="11909" w:h="16834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4484317">
    <w:abstractNumId w:val="8"/>
  </w:num>
  <w:num w:numId="2" w16cid:durableId="1274703522">
    <w:abstractNumId w:val="6"/>
  </w:num>
  <w:num w:numId="3" w16cid:durableId="1894341619">
    <w:abstractNumId w:val="5"/>
  </w:num>
  <w:num w:numId="4" w16cid:durableId="833685297">
    <w:abstractNumId w:val="4"/>
  </w:num>
  <w:num w:numId="5" w16cid:durableId="1149982202">
    <w:abstractNumId w:val="7"/>
  </w:num>
  <w:num w:numId="6" w16cid:durableId="1229732292">
    <w:abstractNumId w:val="3"/>
  </w:num>
  <w:num w:numId="7" w16cid:durableId="1778019684">
    <w:abstractNumId w:val="2"/>
  </w:num>
  <w:num w:numId="8" w16cid:durableId="322584237">
    <w:abstractNumId w:val="1"/>
  </w:num>
  <w:num w:numId="9" w16cid:durableId="102826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47735"/>
    <w:rsid w:val="00AA1D8D"/>
    <w:rsid w:val="00B47730"/>
    <w:rsid w:val="00CB0209"/>
    <w:rsid w:val="00CB0664"/>
    <w:rsid w:val="00D0102A"/>
    <w:rsid w:val="00ED58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BC2A1"/>
  <w14:defaultImageDpi w14:val="300"/>
  <w15:docId w15:val="{7524531C-7129-40D3-AD04-D0D83E98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 Magaraci</cp:lastModifiedBy>
  <cp:revision>2</cp:revision>
  <dcterms:created xsi:type="dcterms:W3CDTF">2026-08-25T08:14:00Z</dcterms:created>
  <dcterms:modified xsi:type="dcterms:W3CDTF">2026-08-25T08:14:00Z</dcterms:modified>
  <cp:category/>
</cp:coreProperties>
</file>